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BIODATA FOR MARRIAGE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835"/>
          </w:tcPr>
          <w:p>
            <w:r/>
            <w:r>
              <w:rPr>
                <w:b/>
              </w:rPr>
              <w:t>Name</w:t>
            </w:r>
          </w:p>
        </w:tc>
        <w:tc>
          <w:tcPr>
            <w:tcW w:type="dxa" w:w="7030"/>
          </w:tcPr>
          <w:p>
            <w:r>
              <w:t>[Full name or initials]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Date of birth / Age</w:t>
            </w:r>
          </w:p>
        </w:tc>
        <w:tc>
          <w:tcPr>
            <w:tcW w:type="dxa" w:w="7030"/>
          </w:tcPr>
          <w:p>
            <w:r>
              <w:t>[DD/MM/YYYY] / [Age]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Height</w:t>
            </w:r>
          </w:p>
        </w:tc>
        <w:tc>
          <w:tcPr>
            <w:tcW w:type="dxa" w:w="7030"/>
          </w:tcPr>
          <w:p>
            <w:r>
              <w:t>[ft in / cm]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Marital status</w:t>
            </w:r>
          </w:p>
        </w:tc>
        <w:tc>
          <w:tcPr>
            <w:tcW w:type="dxa" w:w="7030"/>
          </w:tcPr>
          <w:p>
            <w:r>
              <w:t>[Never married / Divorced / Widower]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Languages</w:t>
            </w:r>
          </w:p>
        </w:tc>
        <w:tc>
          <w:tcPr>
            <w:tcW w:type="dxa" w:w="7030"/>
          </w:tcPr>
          <w:p>
            <w:r>
              <w:t>[e.g. Urdu, English, Konkani, Hindi]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School of thought</w:t>
            </w:r>
          </w:p>
        </w:tc>
        <w:tc>
          <w:tcPr>
            <w:tcW w:type="dxa" w:w="7030"/>
          </w:tcPr>
          <w:p>
            <w:r>
              <w:t>[Optional]</w:t>
            </w:r>
          </w:p>
        </w:tc>
      </w:tr>
      <w:tr>
        <w:tc>
          <w:tcPr>
            <w:tcW w:type="dxa" w:w="9866"/>
            <w:gridSpan w:val="2"/>
            <w:shd w:val="clear" w:color="auto" w:fill="EFE7DA"/>
          </w:tcPr>
          <w:p>
            <w:r/>
            <w:r>
              <w:rPr>
                <w:b/>
              </w:rPr>
              <w:t>EDUCATION AND WORK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Education</w:t>
            </w:r>
          </w:p>
        </w:tc>
        <w:tc>
          <w:tcPr>
            <w:tcW w:type="dxa" w:w="7030"/>
          </w:tcPr>
          <w:p>
            <w:r>
              <w:t>[Degree, institution]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Profession</w:t>
            </w:r>
          </w:p>
        </w:tc>
        <w:tc>
          <w:tcPr>
            <w:tcW w:type="dxa" w:w="7030"/>
          </w:tcPr>
          <w:p>
            <w:r>
              <w:t>[Job title / business]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City of work</w:t>
            </w:r>
          </w:p>
        </w:tc>
        <w:tc>
          <w:tcPr>
            <w:tcW w:type="dxa" w:w="7030"/>
          </w:tcPr>
          <w:p>
            <w:r>
              <w:t>[City]</w:t>
            </w:r>
          </w:p>
        </w:tc>
      </w:tr>
      <w:tr>
        <w:tc>
          <w:tcPr>
            <w:tcW w:type="dxa" w:w="9866"/>
            <w:gridSpan w:val="2"/>
            <w:shd w:val="clear" w:color="auto" w:fill="EFE7DA"/>
          </w:tcPr>
          <w:p>
            <w:r/>
            <w:r>
              <w:rPr>
                <w:b/>
              </w:rPr>
              <w:t>RELIGIOUS PRACTICE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Practice</w:t>
            </w:r>
          </w:p>
        </w:tc>
        <w:tc>
          <w:tcPr>
            <w:tcW w:type="dxa" w:w="7030"/>
          </w:tcPr>
          <w:p>
            <w:r>
              <w:t>[e.g. prays five times a day, keeps beard - optional]</w:t>
            </w:r>
          </w:p>
        </w:tc>
      </w:tr>
      <w:tr>
        <w:tc>
          <w:tcPr>
            <w:tcW w:type="dxa" w:w="9866"/>
            <w:gridSpan w:val="2"/>
            <w:shd w:val="clear" w:color="auto" w:fill="EFE7DA"/>
          </w:tcPr>
          <w:p>
            <w:r/>
            <w:r>
              <w:rPr>
                <w:b/>
              </w:rPr>
              <w:t>FAMILY DETAILS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Father</w:t>
            </w:r>
          </w:p>
        </w:tc>
        <w:tc>
          <w:tcPr>
            <w:tcW w:type="dxa" w:w="7030"/>
          </w:tcPr>
          <w:p>
            <w:r>
              <w:t>[Name, occupation]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Mother</w:t>
            </w:r>
          </w:p>
        </w:tc>
        <w:tc>
          <w:tcPr>
            <w:tcW w:type="dxa" w:w="7030"/>
          </w:tcPr>
          <w:p>
            <w:r>
              <w:t>[Name, occupation]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Siblings</w:t>
            </w:r>
          </w:p>
        </w:tc>
        <w:tc>
          <w:tcPr>
            <w:tcW w:type="dxa" w:w="7030"/>
          </w:tcPr>
          <w:p>
            <w:r>
              <w:t>[Number, brothers / sisters, married or unmarried]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Family home</w:t>
            </w:r>
          </w:p>
        </w:tc>
        <w:tc>
          <w:tcPr>
            <w:tcW w:type="dxa" w:w="7030"/>
          </w:tcPr>
          <w:p>
            <w:r>
              <w:t>[City / area]</w:t>
            </w:r>
          </w:p>
        </w:tc>
      </w:tr>
      <w:tr>
        <w:tc>
          <w:tcPr>
            <w:tcW w:type="dxa" w:w="9866"/>
            <w:gridSpan w:val="2"/>
            <w:shd w:val="clear" w:color="auto" w:fill="EFE7DA"/>
          </w:tcPr>
          <w:p>
            <w:r/>
            <w:r>
              <w:rPr>
                <w:b/>
              </w:rPr>
              <w:t>EXPECTATIONS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Age range</w:t>
            </w:r>
          </w:p>
        </w:tc>
        <w:tc>
          <w:tcPr>
            <w:tcW w:type="dxa" w:w="7030"/>
          </w:tcPr>
          <w:p>
            <w:r>
              <w:t>[Range]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Education</w:t>
            </w:r>
          </w:p>
        </w:tc>
        <w:tc>
          <w:tcPr>
            <w:tcW w:type="dxa" w:w="7030"/>
          </w:tcPr>
          <w:p>
            <w:r>
              <w:t>[Preference]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Location</w:t>
            </w:r>
          </w:p>
        </w:tc>
        <w:tc>
          <w:tcPr>
            <w:tcW w:type="dxa" w:w="7030"/>
          </w:tcPr>
          <w:p>
            <w:r>
              <w:t>[Preference]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Other</w:t>
            </w:r>
          </w:p>
        </w:tc>
        <w:tc>
          <w:tcPr>
            <w:tcW w:type="dxa" w:w="7030"/>
          </w:tcPr>
          <w:p>
            <w:r>
              <w:t>[Family values, religious practice, etc.]</w:t>
            </w:r>
          </w:p>
        </w:tc>
      </w:tr>
      <w:tr>
        <w:tc>
          <w:tcPr>
            <w:tcW w:type="dxa" w:w="9866"/>
            <w:gridSpan w:val="2"/>
            <w:shd w:val="clear" w:color="auto" w:fill="EFE7DA"/>
          </w:tcPr>
          <w:p>
            <w:r/>
            <w:r>
              <w:rPr>
                <w:b/>
              </w:rPr>
              <w:t>CONTACT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Contact through</w:t>
            </w:r>
          </w:p>
        </w:tc>
        <w:tc>
          <w:tcPr>
            <w:tcW w:type="dxa" w:w="7030"/>
          </w:tcPr>
          <w:p>
            <w:r>
              <w:t>[Father / guardian / HumNikah]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Photograph</w:t>
            </w:r>
          </w:p>
        </w:tc>
        <w:tc>
          <w:tcPr>
            <w:tcW w:type="dxa" w:w="7030"/>
          </w:tcPr>
          <w:p>
            <w:r>
              <w:t>[Available on request]</w:t>
            </w:r>
          </w:p>
        </w:tc>
      </w:tr>
    </w:tbl>
    <w:p>
      <w:pPr>
        <w:spacing w:before="200"/>
        <w:jc w:val="center"/>
      </w:pPr>
      <w:r>
        <w:rPr>
          <w:i/>
          <w:sz w:val="18"/>
        </w:rPr>
        <w:t>Free template from HumNikah – humnikah.com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Muslim Biodata Format for Marriage – Boy</dc:title>
  <dc:subject/>
  <dc:creator>HumNikah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